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t>ADAM COLLINS</w:t>
      </w:r>
    </w:p>
    <w:p>
      <w:pPr>
        <w:keepNext/>
        <w:keepLines/>
        <w:spacing w:after="100"/>
      </w:pPr>
      <w:r>
        <w:rPr>
          <w:b/>
        </w:rPr>
        <w:t>Field Service | Customer Support | Technical Support</w:t>
      </w:r>
    </w:p>
    <w:p>
      <w:pPr>
        <w:keepNext/>
        <w:keepLines/>
        <w:spacing w:after="40"/>
      </w:pPr>
      <w:r>
        <w:t>Milwaukee, WI | (414) 458-7505 | adam@adamlee.com</w:t>
      </w:r>
    </w:p>
    <w:p>
      <w:pPr>
        <w:keepNext/>
        <w:keepLines/>
        <w:spacing w:after="80"/>
      </w:pPr>
      <w:r>
        <w:t>linkedin.com/in/helloalc | adamlee.com</w:t>
      </w:r>
    </w:p>
    <w:p>
      <w:pPr>
        <w:pStyle w:val="Heading1"/>
        <w:keepNext/>
        <w:keepLines/>
        <w:pageBreakBefore w:val="0"/>
      </w:pPr>
      <w:r>
        <w:t>PROFESSIONAL SUMMARY</w:t>
      </w:r>
    </w:p>
    <w:p>
      <w:pPr>
        <w:keepNext w:val="0"/>
        <w:keepLines/>
      </w:pPr>
      <w:r>
        <w:t>Field service and technical support professional with experience driving to customer homes, resolving equipment problems onsite, and supporting enterprise users. Combines hands-on troubleshooting with in-person customer communication, appointment coordination, and customer coaching. Background includes equipment installation, networking, asset management, IT systems, and recent AI evaluation and software projects.</w:t>
      </w:r>
    </w:p>
    <w:p>
      <w:pPr>
        <w:pStyle w:val="Heading1"/>
        <w:keepNext/>
        <w:keepLines/>
        <w:pageBreakBefore w:val="0"/>
      </w:pPr>
      <w:r>
        <w:t>CORE SKILLS</w:t>
      </w:r>
    </w:p>
    <w:p>
      <w:pPr>
        <w:keepNext w:val="0"/>
        <w:keepLines/>
        <w:spacing w:after="80"/>
      </w:pPr>
      <w:r>
        <w:rPr>
          <w:b/>
        </w:rPr>
        <w:t xml:space="preserve">Field Service and Customer Support: </w:t>
      </w:r>
      <w:r>
        <w:t>Driving between customer appointments, onsite service, face-to-face communication, appointment scheduling, Salesforce, customer coaching, equipment installation, inventory and asset tracking</w:t>
      </w:r>
    </w:p>
    <w:p>
      <w:pPr>
        <w:keepNext w:val="0"/>
        <w:keepLines/>
        <w:spacing w:after="80"/>
      </w:pPr>
      <w:r>
        <w:rPr>
          <w:b/>
        </w:rPr>
        <w:t xml:space="preserve">Technical Support: </w:t>
      </w:r>
      <w:r>
        <w:t>Hardware and software troubleshooting, networking and Wi-Fi, DNS/DHCP, Windows, Linux, Microsoft 365, Azure, Active Directory, VMware, Jira, HP Service Manager, SharePoint</w:t>
      </w:r>
    </w:p>
    <w:p>
      <w:pPr>
        <w:keepNext w:val="0"/>
        <w:keepLines/>
        <w:spacing w:after="80"/>
      </w:pPr>
      <w:r>
        <w:rPr>
          <w:b/>
        </w:rPr>
        <w:t xml:space="preserve">Web and AI Tools: </w:t>
      </w:r>
      <w:r>
        <w:t>WordPress, WooCommerce, VPS hosting, AI training and evaluation, AI-assisted development, Model Context Protocol (MCP) integrations</w:t>
      </w:r>
    </w:p>
    <w:p>
      <w:pPr>
        <w:pStyle w:val="Heading1"/>
        <w:keepNext/>
        <w:keepLines/>
        <w:pageBreakBefore w:val="0"/>
      </w:pPr>
      <w:r>
        <w:t>PROFESSIONAL EXPERIENCE</w:t>
      </w:r>
    </w:p>
    <w:p>
      <w:pPr>
        <w:pStyle w:val="Heading2"/>
        <w:keepNext/>
        <w:keepLines/>
      </w:pPr>
      <w:r>
        <w:t>AI Training and Evaluation Contractor | Independent Contract Projects</w:t>
      </w:r>
    </w:p>
    <w:p>
      <w:pPr>
        <w:keepNext/>
        <w:keepLines/>
        <w:spacing w:after="80"/>
      </w:pPr>
      <w:r>
        <w:t>02/2024 - Present</w:t>
      </w:r>
    </w:p>
    <w:p>
      <w:pPr>
        <w:pStyle w:val="ListBullet"/>
        <w:keepNext w:val="0"/>
        <w:keepLines/>
      </w:pPr>
      <w:r>
        <w:t>Completed dozens of paid AI training and evaluation projects covering coding, reasoning, instruction following, and response quality.</w:t>
      </w:r>
    </w:p>
    <w:p>
      <w:pPr>
        <w:pStyle w:val="ListBullet"/>
        <w:keepNext w:val="0"/>
        <w:keepLines/>
      </w:pPr>
      <w:r>
        <w:t>Assessed AI-generated outputs for correctness, usefulness, requirements adherence, and edge cases; documented errors and actionable feedback.</w:t>
      </w:r>
    </w:p>
    <w:p>
      <w:pPr>
        <w:pStyle w:val="ListBullet"/>
        <w:keepNext w:val="0"/>
        <w:keepLines/>
      </w:pPr>
      <w:r>
        <w:t>Applied hands-on experience with coding agents to identify failures involving prompts, tools, context, and workflows.</w:t>
      </w:r>
    </w:p>
    <w:p>
      <w:pPr>
        <w:pStyle w:val="Heading2"/>
        <w:keepNext/>
        <w:keepLines/>
      </w:pPr>
      <w:r>
        <w:t>Field Technician | Nielsen</w:t>
      </w:r>
    </w:p>
    <w:p>
      <w:pPr>
        <w:keepNext/>
        <w:keepLines/>
        <w:spacing w:after="80"/>
      </w:pPr>
      <w:r>
        <w:t>07/2021 - 02/2024 | Milwaukee, WI</w:t>
      </w:r>
    </w:p>
    <w:p>
      <w:pPr>
        <w:pStyle w:val="ListBullet"/>
        <w:keepNext w:val="0"/>
        <w:keepLines/>
      </w:pPr>
      <w:r>
        <w:t>One of six field technicians serving the Milwaukee market; drove between customer homes, scheduled visits in Salesforce, and independently handled assigned onsite service appointments.</w:t>
      </w:r>
    </w:p>
    <w:p>
      <w:pPr>
        <w:pStyle w:val="ListBullet"/>
        <w:keepNext w:val="0"/>
        <w:keepLines/>
      </w:pPr>
      <w:r>
        <w:t>Worked face to face with household members to understand equipment issues, explain installation work, and coach them on device operation and troubleshooting.</w:t>
      </w:r>
    </w:p>
    <w:p>
      <w:pPr>
        <w:pStyle w:val="ListBullet"/>
        <w:keepNext w:val="0"/>
        <w:keepLines/>
      </w:pPr>
      <w:r>
        <w:t>Surveyed home technology environments and installed, configured, and troubleshot metering equipment, televisions, audio systems, streaming devices, and wired and wireless networks.</w:t>
      </w:r>
    </w:p>
    <w:p>
      <w:pPr>
        <w:pStyle w:val="ListBullet"/>
        <w:keepNext w:val="0"/>
        <w:keepLines/>
      </w:pPr>
      <w:r>
        <w:t>Configured static IP addresses, DNS, and DHCP settings; documented MAC and IP addresses and service visits in Nielsen's ticket-tracking system.</w:t>
      </w:r>
    </w:p>
    <w:p>
      <w:pPr>
        <w:pStyle w:val="ListBullet"/>
        <w:keepNext w:val="0"/>
        <w:keepLines/>
      </w:pPr>
      <w:r>
        <w:t>Tracked field equipment and replacement parts, participated in periodic inventory audits, and coordinated returns; adapted installations to home layouts while following electrical safety and cable-management standards.</w:t>
      </w:r>
    </w:p>
    <w:p>
      <w:pPr>
        <w:pStyle w:val="Heading1"/>
        <w:keepNext/>
        <w:keepLines/>
        <w:pageBreakBefore/>
      </w:pPr>
      <w:r>
        <w:t>PROFESSIONAL EXPERIENCE CONTINUED</w:t>
      </w:r>
    </w:p>
    <w:p>
      <w:pPr>
        <w:pStyle w:val="Heading2"/>
        <w:keepNext/>
        <w:keepLines/>
      </w:pPr>
      <w:r>
        <w:t>Technical Support Engineer | Synteractive</w:t>
      </w:r>
    </w:p>
    <w:p>
      <w:pPr>
        <w:keepNext/>
        <w:keepLines/>
        <w:spacing w:after="80"/>
      </w:pPr>
      <w:r>
        <w:t>01/2016 - 05/2021 | Chicago, IL</w:t>
      </w:r>
    </w:p>
    <w:p>
      <w:pPr>
        <w:pStyle w:val="ListBullet"/>
        <w:keepNext w:val="0"/>
        <w:keepLines/>
      </w:pPr>
      <w:r>
        <w:t>Supported users across hardware, software, web applications, and IT systems; translated nontechnical problem descriptions into diagnoses and guided users through solutions.</w:t>
      </w:r>
    </w:p>
    <w:p>
      <w:pPr>
        <w:pStyle w:val="ListBullet"/>
        <w:keepNext w:val="0"/>
        <w:keepLines/>
      </w:pPr>
      <w:r>
        <w:t>Managed Jira tickets from intake to resolution, coordinating with engineering and vendors on issues requiring escalation.</w:t>
      </w:r>
    </w:p>
    <w:p>
      <w:pPr>
        <w:pStyle w:val="ListBullet"/>
        <w:keepNext w:val="0"/>
        <w:keepLines/>
      </w:pPr>
      <w:r>
        <w:t>Created a centralized Microsoft SharePoint documentation resource and trained newly hired Technical Support Engineers.</w:t>
      </w:r>
    </w:p>
    <w:p>
      <w:pPr>
        <w:pStyle w:val="ListBullet"/>
        <w:keepNext w:val="0"/>
        <w:keepLines/>
      </w:pPr>
      <w:r>
        <w:t>Helped lead the transition of remote users to a Windows virtual desktop environment using Microsoft Azure.</w:t>
      </w:r>
    </w:p>
    <w:p>
      <w:pPr>
        <w:pStyle w:val="Heading2"/>
        <w:keepNext/>
        <w:keepLines/>
      </w:pPr>
      <w:r>
        <w:t>Owner and Operator | Ecommerce and Affiliate Websites</w:t>
      </w:r>
    </w:p>
    <w:p>
      <w:pPr>
        <w:keepNext/>
        <w:keepLines/>
        <w:spacing w:after="80"/>
      </w:pPr>
      <w:r>
        <w:t>02/2012 - 12/2015 | Self-employed | Milwaukee, WI</w:t>
      </w:r>
    </w:p>
    <w:p>
      <w:pPr>
        <w:pStyle w:val="ListBullet"/>
        <w:keepNext w:val="0"/>
        <w:keepLines/>
      </w:pPr>
      <w:r>
        <w:t>Operated WordPress and WooCommerce websites, handling server setup, online marketing, search engine optimization, and conversion optimization.</w:t>
      </w:r>
    </w:p>
    <w:p>
      <w:pPr>
        <w:pStyle w:val="Heading2"/>
        <w:keepNext/>
        <w:keepLines/>
      </w:pPr>
      <w:r>
        <w:t>HP Level II Support and Asset Management | Johnson Controls</w:t>
      </w:r>
    </w:p>
    <w:p>
      <w:pPr>
        <w:keepNext/>
        <w:keepLines/>
        <w:spacing w:after="80"/>
      </w:pPr>
      <w:r>
        <w:t>02/2005 - 05/2012 | Milwaukee, WI</w:t>
      </w:r>
    </w:p>
    <w:p>
      <w:pPr>
        <w:pStyle w:val="ListBullet"/>
        <w:keepNext w:val="0"/>
        <w:keepLines/>
      </w:pPr>
      <w:r>
        <w:t>Provided technical support for approximately 1,800 users across two local campuses and multiple nationwide locations, tracking requests in HP Service Manager.</w:t>
      </w:r>
    </w:p>
    <w:p>
      <w:pPr>
        <w:pStyle w:val="ListBullet"/>
        <w:keepNext w:val="0"/>
        <w:keepLines/>
      </w:pPr>
      <w:r>
        <w:t>Supported hardware deployments, PC refreshes, printers, troubleshooting, and equipment lifecycle tracking.</w:t>
      </w:r>
    </w:p>
    <w:p>
      <w:pPr>
        <w:pStyle w:val="ListBullet"/>
        <w:keepNext w:val="0"/>
        <w:keepLines/>
      </w:pPr>
      <w:r>
        <w:t>Developed automated software installation scripts for PC deployments and refreshes.</w:t>
      </w:r>
    </w:p>
    <w:p>
      <w:pPr>
        <w:pStyle w:val="Heading2"/>
        <w:keepNext/>
        <w:keepLines/>
      </w:pPr>
      <w:r>
        <w:t>Web Development | GE Healthcare</w:t>
      </w:r>
    </w:p>
    <w:p>
      <w:pPr>
        <w:keepNext/>
        <w:keepLines/>
        <w:spacing w:after="80"/>
      </w:pPr>
      <w:r>
        <w:t>05/2000 - 06/2004 | Waukesha and Pewaukee, WI | Part-time intern, then full time</w:t>
      </w:r>
    </w:p>
    <w:p>
      <w:pPr>
        <w:pStyle w:val="ListBullet"/>
        <w:keepNext w:val="0"/>
        <w:keepLines/>
      </w:pPr>
      <w:r>
        <w:t>Developed websites and digital promotional materials supporting global healthcare training programs.</w:t>
      </w:r>
    </w:p>
    <w:p>
      <w:pPr>
        <w:pStyle w:val="Heading1"/>
        <w:keepNext/>
        <w:keepLines/>
        <w:pageBreakBefore w:val="0"/>
      </w:pPr>
      <w:r>
        <w:t>SELECTED PROJECTS AND WEBSITE SUPPORT</w:t>
      </w:r>
    </w:p>
    <w:p>
      <w:pPr>
        <w:pStyle w:val="ListBullet"/>
        <w:keepNext w:val="0"/>
        <w:keepLines/>
      </w:pPr>
      <w:r>
        <w:t>Maintain websites and WooCommerce stores for small-business owners, including VPS hosting, content delivery networks, and ongoing troubleshooting.</w:t>
      </w:r>
    </w:p>
    <w:p>
      <w:pPr>
        <w:pStyle w:val="ListBullet"/>
        <w:keepNext w:val="0"/>
        <w:keepLines/>
      </w:pPr>
      <w:r>
        <w:t>Built a Rust/egui trading application integrated with Interactive Brokers, including market-data handling, charting, data caching, and order execution.</w:t>
      </w:r>
    </w:p>
    <w:p>
      <w:pPr>
        <w:pStyle w:val="ListBullet"/>
        <w:keepNext w:val="0"/>
        <w:keepLines/>
      </w:pPr>
      <w:r>
        <w:t>Built and modified AI-assisted development tools, including custom MCP integrations and workflow tools.</w:t>
      </w:r>
    </w:p>
    <w:p>
      <w:pPr>
        <w:pStyle w:val="Heading1"/>
        <w:keepNext/>
        <w:keepLines/>
        <w:pageBreakBefore w:val="0"/>
      </w:pPr>
      <w:r>
        <w:t>EDUCATION</w:t>
      </w:r>
    </w:p>
    <w:p>
      <w:pPr>
        <w:keepNext/>
        <w:keepLines/>
        <w:spacing w:after="40"/>
      </w:pPr>
      <w:r>
        <w:rPr>
          <w:b/>
        </w:rPr>
        <w:t>University of Wisconsin-Milwaukee</w:t>
      </w:r>
    </w:p>
    <w:p>
      <w:pPr>
        <w:keepNext w:val="0"/>
        <w:keepLines/>
      </w:pPr>
      <w:r>
        <w:t>Business Administration coursework, 2002 - 2004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7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10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4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47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80" w:line="247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47" w:lineRule="auto"/>
      <w:ind w:left="216" w:hanging="216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Collins General Resume</dc:title>
  <dc:subject>Field service customer support and technical support experience</dc:subject>
  <dc:creator>Adam Collins</dc:creator>
  <cp:keywords>Field Service, Customer Support, Technical Support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